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participation des employeurs à la construction, guide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Drouet,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entreprises/ habitat social/ 1 % logement/ financement du logement ;/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Jean Drouet présente de manière pratique le dispositif du 1 % logement, correspondant à la participation des employeurs à l’effort de construction. Il explique les obligations des entreprises, les modalités de financement et les différents dispositifs permettant aux salariés d’accéder à un logement ou de bénéficier d’aides liées à l’habitat. Le guide aborde également les conditions d’attribution, les démarches administratives et le rôle des entreprises dans la mise en œuvre de cette politique du logement.</w:t>
        <w:br/>
        <w:br/>
        <w:t>L’ouvrage constitue ainsi un guide de référence pour comprendre les relations entre entreprises, salariés, financement du logement et construction, dans le cadre de la participation des employeurs à l’effort de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