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iMovie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Carlson, Jeff/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2744080330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iMovie 2/ Caméscope numérique/ </w:t>
            </w:r>
          </w:p>
        </w:tc>
      </w:tr>
    </w:tbl>
    <w:p>
      <w:pPr>
        <w:pStyle w:val="Heading3"/>
      </w:pPr>
      <w:r>
        <w:t>Résumé :</w:t>
      </w:r>
    </w:p>
    <w:p>
      <w:r>
        <w:t>iMovie 2 pour Macintosh est un guide pratique consacré à l’utilisation du logiciel iMovie 2 pour la création et le montage de films numériques sur Macintosh. L’ouvrage accompagne l’utilisateur depuis la préparation et la prise de vue avec un caméscope numérique jusqu’à l’importation des images sur Mac, leur organisation et leur montage.</w:t>
        <w:br/>
        <w:br/>
        <w:br/>
        <w:br/>
        <w:t>Il présente ensuite le montage vidéo et audio, l’utilisation des transitions, titres et effets, puis les différentes possibilités d’exportation du film vers une cassette vidéo, QuickTime, Internet et DVD. L’approche est essentiellement pratique, avec des illustrations et des exemples destinés à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