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V6, instrumentation, controls and testing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764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flow measurement/ electrical metering/ </w:t>
            </w:r>
          </w:p>
        </w:tc>
      </w:tr>
    </w:tbl>
    <w:p>
      <w:pPr>
        <w:pStyle w:val="Heading3"/>
      </w:pPr>
      <w:r>
        <w:t>Résumé :</w:t>
      </w:r>
    </w:p>
    <w:p>
      <w:r>
        <w:t>Modern Power Station Practice, Volume 6 – Instrumentation, Controls and Testing provides a comprehensive treatment of measurement, instrumentation, automatic control and testing in power stations. It begins with the fundamental principles and applications of instrumentation used to measure and monitor important plant parameters.</w:t>
        <w:br/>
        <w:br/>
        <w:br/>
        <w:br/>
        <w:t>The book then focuses on automatic control systems, including control loops, feedback, boiler control, turbine control, actuators and positioners. It also examines automation, protection systems, interlocks, alarms and manual controls, which are essential for safe and reliable plant operation.</w:t>
        <w:br/>
        <w:br/>
        <w:br/>
        <w:br/>
        <w:t>Particular attention is given to boiler and turbine instrumentation, including measurements of pressure, temperature, flow, level, speed and vibration. The volume also covers electrical instruments and metering, as well as the design and operation of central control rooms.</w:t>
        <w:br/>
        <w:br/>
        <w:br/>
        <w:br/>
        <w:t>The final sections address on-line computer systems, data acquisition, digital control, system reliability, calibration, testing and maintenance. The book therefore provides an important technical foundation for the monitoring, control and automation of modern power stations.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