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control engineering and linear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Leonhard, Werner/ Rajagopalan, T/ Rao, D.V.R.L./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Springer International(N°:None)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3540780009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engineering/ automatic control/ </w:t>
            </w:r>
          </w:p>
        </w:tc>
      </w:tr>
    </w:tbl>
    <w:p>
      <w:pPr>
        <w:pStyle w:val="Heading3"/>
      </w:pPr>
      <w:r>
        <w:t>Résumé :</w:t>
      </w:r>
    </w:p>
    <w:p>
      <w:r>
        <w:t>This book provides an introduction to control engineering and linear control systems, with emphasis on the mathematical analysis and practical design of feedback systems. it develops the fundamental concepts needed to model dynamic systems, derive their transfer characteristics, analyze transient and steady-state behavior, and evaluate stability.</w:t>
        <w:br/>
        <w:br/>
        <w:t>the treatment is centered on linear control systems and classical control methods. the book connects mathematical descriptions—such as differential equations, transfer functions and block diagrams—with physical control-system components and engineering applications. it is intended for engineering students and practitioners who need a systematic foundation in control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