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V4, (generator and electrical plant)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570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Stator/ electrical plant/ </w:t>
            </w:r>
          </w:p>
        </w:tc>
      </w:tr>
    </w:tbl>
    <w:p>
      <w:pPr>
        <w:pStyle w:val="Heading3"/>
      </w:pPr>
      <w:r>
        <w:t>Résumé :</w:t>
      </w:r>
    </w:p>
    <w:p>
      <w:r>
        <w:t>Modern Power Station Practice, Volume 4 – Electrical (Generator and Electrical Plant) provides a comprehensive technical treatment of the electrical equipment used in power stations. It begins with the design, construction, operation and maintenance of large turbo-generators, including their stators, rotors, windings, excitation and cooling systems.</w:t>
        <w:br/>
        <w:br/>
        <w:br/>
        <w:br/>
        <w:t>The book then examines main switchgear and ancillary equipment, including circuit breakers, isolators, busbars, transformers and associated electrical components. It also explains the design of electrical auxiliary systems, covering auxiliary switchgear, motors, distribution systems and station supplies.</w:t>
        <w:br/>
        <w:br/>
        <w:br/>
        <w:br/>
        <w:t>A major section is devoted to power transformers, including their construction, operation, cooling, insulation, protection, testing and commissioning. The final section deals with electrical protection and automatic voltage regulation, essential for safe and reliable power-station operation.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