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 l'univers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livre de Paris 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2245008332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connaissances générales/ culture générale/ botanique/ </w:t>
            </w:r>
          </w:p>
        </w:tc>
      </w:tr>
    </w:tbl>
    <w:p>
      <w:pPr>
        <w:pStyle w:val="Heading3"/>
      </w:pPr>
      <w:r>
        <w:t>Résumé :</w:t>
      </w:r>
    </w:p>
    <w:p>
      <w:r>
        <w:t>Tout l’Univers, volume 6 est un volume d’une encyclopédie générale illustrée destinée à présenter de manière claire et accessible des connaissances dans de nombreux domaines. Il rassemble des informations relatives à l’histoire, la géographie, les sciences, la nature, le monde animal et végétal, l’homme, les techniques, les arts et les civilisations.</w:t>
        <w:br/>
        <w:br/>
        <w:br/>
        <w:br/>
        <w:t>L’ouvrage s’appuie sur des textes explicatifs, illustrations, schémas et documents pour faciliter la compréhension et permettre une consultation rapide. Il constitue ainsi un ouvrage de référence destiné à développer la culture générale et à accompagner la recherche documentaire, notamment auprès du jeune public.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