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2245008324</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connaissances générales/ culture générale/ sciences naturelles/ </w:t>
            </w:r>
          </w:p>
        </w:tc>
      </w:tr>
    </w:tbl>
    <w:p>
      <w:pPr>
        <w:pStyle w:val="Heading3"/>
      </w:pPr>
      <w:r>
        <w:t>Résumé :</w:t>
      </w:r>
    </w:p>
    <w:p>
      <w:r>
        <w:t>Tout l’Univers Volume 5 est un volume d’une encyclopédie générale illustrée destinée à présenter au lecteur un ensemble de connaissances dans différents domaines. L’ouvrage rassemble des informations relatives à l’histoire, la géographie, les sciences, la nature, l’homme, les techniques, les arts et la civilisation. Les sujets sont expliqués de manière accessible et accompagnés d’illustrations, de schémas et de documents facilitant la compréhension. Ce volume constitue ainsi un ouvrage de référence pour la recherche d’informations générales et l’enrichissement des connaissances, notamment pour le public scolaire et familial.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