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960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2245008316</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antique/ empire romain/ christianisme/ zoologie/ </w:t>
            </w:r>
          </w:p>
        </w:tc>
      </w:tr>
    </w:tbl>
    <w:p>
      <w:pPr>
        <w:pStyle w:val="Heading3"/>
      </w:pPr>
      <w:r>
        <w:t>Résumé :</w:t>
      </w:r>
    </w:p>
    <w:p>
      <w:r>
        <w:t>Tout l’Univers. Volume 4 est une encyclopédie générale illustrée qui rassemble des connaissances dans plusieurs domaines : histoire, géographie, sciences, nature, société, arts et techniques. Ce volume accorde une place importante à l’Antiquité romaine et grecque, à la géographie physique et régionale, à l’étude de l’homme et des animaux, ainsi qu'aux sciences et aux technologies modernes.</w:t>
        <w:br/>
        <w:br/>
        <w:br/>
        <w:br/>
        <w:t>Le volume traite notamment de l’Empire romain, de la Gaule romaine, du christianisme, de la fin de l’Empire romain d’Occident et de la vie monastique en Europe. Il aborde également les glaciers, les plaines, les zones froides et les tremblements de terre, ainsi que plusieurs régions et pays comme l’Afrique australe, la Belgique, la Nouvelle-Zélande et l’Océanie.</w:t>
        <w:br/>
        <w:br/>
        <w:br/>
        <w:br/>
        <w:t>Dans le domaine scientifique, il présente des sujets tels que l’origine de l’Homme, la respiration, la peau et le toucher, les mammifères, les amphibiens, les arachnides, les mollusques, la fonction chlorophyllienne, les plantes et la gravitation universelle. La partie technique traite notamment des véhicules spatiaux, avions et hélicoptères, applications de l’énergie électrique, robots industriels, technologie militaire et énergie nucléaire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