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 l'univers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Lisimachion, Jean- Louis/ </w:t>
            </w:r>
          </w:p>
        </w:tc>
      </w:tr>
      <w:tr>
        <w:trPr>
          <w:trHeight w:val="567"/>
        </w:trPr>
        <w:tc>
          <w:tcPr>
            <w:tcW w:type="dxa" w:w="3000"/>
          </w:tcPr>
          <w:p>
            <w:r>
              <w:t>Adresse bib.</w:t>
            </w:r>
          </w:p>
        </w:tc>
        <w:tc>
          <w:tcPr>
            <w:tcW w:type="dxa" w:w="7000"/>
          </w:tcPr>
          <w:p>
            <w:r>
              <w:t xml:space="preserve">Le livre de Paris Hachette/ </w:t>
            </w:r>
          </w:p>
        </w:tc>
      </w:tr>
      <w:tr>
        <w:trPr>
          <w:trHeight w:val="567"/>
        </w:trPr>
        <w:tc>
          <w:tcPr>
            <w:tcW w:type="dxa" w:w="3000"/>
          </w:tcPr>
          <w:p>
            <w:r>
              <w:t>Nombre de Pages</w:t>
            </w:r>
          </w:p>
        </w:tc>
        <w:tc>
          <w:tcPr>
            <w:tcW w:type="dxa" w:w="7000"/>
          </w:tcPr>
          <w:p>
            <w:r>
              <w:t>2640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2245008286</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conjugaison française/ grammaire française/ </w:t>
            </w:r>
          </w:p>
        </w:tc>
      </w:tr>
    </w:tbl>
    <w:p>
      <w:pPr>
        <w:pStyle w:val="Heading3"/>
      </w:pPr>
      <w:r>
        <w:t>Résumé :</w:t>
      </w:r>
    </w:p>
    <w:p>
      <w:r>
        <w:t>Au royaume des verbes est un ouvrage pédagogique destiné principalement aux jeunes lecteurs. Il présente les verbes et leur conjugaison de manière accessible et illustrée, en s’appuyant sur l’univers de Walt Disney pour rendre l’apprentissage plus attrayant. L’ouvrage permet de découvrir les principales formes verbales et de mieux comprendre leur emploi dans la langue française.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