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Theorie de la commande adaptative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Naceri, F./ Lakhdari, N./ Sellami,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l'Universitaité de Batna/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optimale/ filtrage adaptatif/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principes de base de la commande, où les paramètres du contrôleur s’ajustent en fonction des variations du système ou de son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