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The new encyclopaedia britannica. V3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15 th ed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Encyclopedia Britannica/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980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Encyclopédies générales et interdisciplinaires (almanachs, atlas, bases de données encyclopédiques, chronologies, critiques d'encyclopédies, dictionnaires biographiques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general knowledge/ biography/ geography/ </w:t>
            </w:r>
          </w:p>
        </w:tc>
      </w:tr>
    </w:tbl>
    <w:p>
      <w:pPr>
        <w:pStyle w:val="Heading3"/>
      </w:pPr>
      <w:r>
        <w:t>Résumé :</w:t>
      </w:r>
    </w:p>
    <w:p>
      <w:r>
        <w:t>Is a reference volume of the 15th edition of the Encyclopaedia Britannica. It provides concise, alphabetically arranged articles covering a broad range of subjects, including biography, geography, history, science, technology, culture, arts, institutions and general knowledge. Volume 3 covers entries from Ceara to Deluc and is designed for rapid consultation and factual reference. The Micropaedia volumes also provide cross-references to the more detailed articles contained in the Macropaedia.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