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automatique des stocks par la méthode des paramètres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 Robays, Cyrille/ </w:t>
            </w:r>
          </w:p>
        </w:tc>
      </w:tr>
      <w:tr>
        <w:trPr>
          <w:trHeight w:val="567"/>
        </w:trPr>
        <w:tc>
          <w:tcPr>
            <w:tcW w:type="dxa" w:w="3000"/>
          </w:tcPr>
          <w:p>
            <w:r>
              <w:t>Adresse bib.</w:t>
            </w:r>
          </w:p>
        </w:tc>
        <w:tc>
          <w:tcPr>
            <w:tcW w:type="dxa" w:w="7000"/>
          </w:tcPr>
          <w:p>
            <w:r>
              <w:t xml:space="preserve">Editions d'organisation/ Eyrolles/ </w:t>
            </w:r>
          </w:p>
        </w:tc>
      </w:tr>
      <w:tr>
        <w:trPr>
          <w:trHeight w:val="567"/>
        </w:trPr>
        <w:tc>
          <w:tcPr>
            <w:tcW w:type="dxa" w:w="3000"/>
          </w:tcPr>
          <w:p>
            <w:r>
              <w:t>Nombre de Pages</w:t>
            </w:r>
          </w:p>
        </w:tc>
        <w:tc>
          <w:tcPr>
            <w:tcW w:type="dxa" w:w="7000"/>
          </w:tcPr>
          <w:p>
            <w:r>
              <w:t>214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gestion de stock/ gestion automatique/ </w:t>
            </w:r>
          </w:p>
        </w:tc>
      </w:tr>
    </w:tbl>
    <w:p>
      <w:pPr>
        <w:pStyle w:val="Heading3"/>
      </w:pPr>
      <w:r>
        <w:t>Résumé :</w:t>
      </w:r>
    </w:p>
    <w:p>
      <w:r>
        <w:t xml:space="preserve">Gestion automatique des stocks par la méthode des paramètres, de cyrille van robays, publié en 1971 aux éditions d’organisation, est un ouvrage consacré à la gestion scientifique et automatisée des stocks. les données bibliographiques disponibles confirment l’auteur, le titre, l’éditeur et l’année de publication. </w:t>
        <w:br/>
        <w:br/>
        <w:t>l’ouvrage présente une approche dans laquelle la gestion des approvisionnements repose sur la détermination et le suivi de paramètres de gestion permettant de décider quand et combien commander. cette démarche vise notamment à maintenir un niveau de stock adapté aux besoins tout en maîtrisant les coûts liés au stockage et aux commandes.</w:t>
        <w:br/>
        <w:br/>
        <w:t>les principaux éléments abordés sont vraisemblablement :</w:t>
        <w:br/>
        <w:br/>
        <w:t>•</w:t>
        <w:tab/>
        <w:t xml:space="preserve">la prévision des besoins et des consommations ; </w:t>
        <w:br/>
        <w:br/>
        <w:t>•</w:t>
        <w:tab/>
        <w:t xml:space="preserve">la détermination des paramètres de réapprovisionnement ; </w:t>
        <w:br/>
        <w:br/>
        <w:t>•</w:t>
        <w:tab/>
        <w:t xml:space="preserve">le seuil ou point de commande ; </w:t>
        <w:br/>
        <w:br/>
        <w:t>•</w:t>
        <w:tab/>
        <w:t xml:space="preserve">les quantités à commander ; </w:t>
        <w:br/>
        <w:br/>
        <w:t>•</w:t>
        <w:tab/>
        <w:t xml:space="preserve">les stocks de sécurité destinés à limiter les risques de rupture ; </w:t>
        <w:br/>
        <w:br/>
        <w:t>•</w:t>
        <w:tab/>
        <w:t xml:space="preserve">les délais d'approvisionnement ; </w:t>
        <w:br/>
        <w:br/>
        <w:t>•</w:t>
        <w:tab/>
        <w:t xml:space="preserve">le suivi des entrées, sorties et niveaux de stock ; </w:t>
        <w:br/>
        <w:br/>
        <w:t>•</w:t>
        <w:tab/>
        <w:t xml:space="preserve">l'utilisation du traitement automatique des informations pour faciliter les décisions d'approvisionnement. </w:t>
        <w:br/>
        <w:br/>
        <w:t>cette conception correspond à la logique des méthodes de gestion des stocks par paramètres : le système utilise notamment le niveau de stock, la consommation, le délai d'approvisionnement et les quantités de réapprovisionnement pour déclencher ou préparer les commandes. des documents techniques ultérieurs citent explicitement le livre de van robays parmi les références de la gestion scientifique et informatisée des stocks.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