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2729848053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électro onde/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