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manuelle d'un tour à commande numérique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Anjou, Herman/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p. p 1- 3.118- 4.1 b.2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9782896202430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numérique (CN)/ tour cnc/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principes et les méthodes permettant de programmer manuellement un tour à commande numérique (CNC) afin de réaliser des pièces mécaniques.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