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Haute tension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Aguet, Michel/ Lanoz,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d'électricité(N°:None)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 399-413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