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Lelong-Ferrand, Jacqueline/ Arnaudiès, Jean-Marie/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X-534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2040070745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Ce premier tome est consacré à l’algèbre, avec un accent important sur l’algèbre linéaire. Il présente les notions fondamentales nécessaires aux étudiants du premier cycle universitaire ainsi qu’aux élèves des classes préparatoires et aux candidats aux concours des Grandes Écoles.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