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nature. T6, montagnes et volcans, roches et minéraux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Lorgeoux, Jeanny/ Schaeffner, Claude/ </w:t>
            </w:r>
          </w:p>
        </w:tc>
      </w:tr>
      <w:tr>
        <w:trPr>
          <w:trHeight w:val="567"/>
        </w:trPr>
        <w:tc>
          <w:tcPr>
            <w:tcW w:type="dxa" w:w="3000"/>
          </w:tcPr>
          <w:p>
            <w:r>
              <w:t>Adresse bib.</w:t>
            </w:r>
          </w:p>
        </w:tc>
        <w:tc>
          <w:tcPr>
            <w:tcW w:type="dxa" w:w="7000"/>
          </w:tcPr>
          <w:p>
            <w:r>
              <w:t xml:space="preserve">Le livre de Paris Hachette/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2245016270</w:t>
            </w:r>
          </w:p>
        </w:tc>
      </w:tr>
      <w:tr>
        <w:trPr>
          <w:trHeight w:val="567"/>
        </w:trPr>
        <w:tc>
          <w:tcPr>
            <w:tcW w:type="dxa" w:w="3000"/>
          </w:tcPr>
          <w:p>
            <w:r>
              <w:t>Thème</w:t>
            </w:r>
          </w:p>
        </w:tc>
        <w:tc>
          <w:tcPr>
            <w:tcW w:type="dxa" w:w="7000"/>
          </w:tcPr>
          <w:p>
            <w:r>
              <w:t>Géologie, hydrologie, météorologie (catastophes naturelles, géologie générale, ouvrages généraux)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géologie/ roche/ volcans/ </w:t>
            </w:r>
          </w:p>
        </w:tc>
      </w:tr>
    </w:tbl>
    <w:p>
      <w:pPr>
        <w:pStyle w:val="Heading3"/>
      </w:pPr>
      <w:r>
        <w:t>Résumé :</w:t>
      </w:r>
    </w:p>
    <w:p>
      <w:r>
        <w:t>Ce volume encyclopédique présente les principaux phénomènes et éléments du monde minéral et géologique. Il traite des montagnes, de leur formation et de leur évolution, ainsi que des volcans, de leur activité et des phénomènes volcaniques. L’ouvrage présente également les roches et les minéraux, leurs caractéristiques, leur formation, leur identification et leur présence dans la nature. Il constitue une documentation générale en sciences de la Terre, géologie, minéralogie et volcanologie.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