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NDS, concepts, installation et mise en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Kuo, Peter/ Leflaive, Caroline/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307-312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serveur/ outil NDS/ </w:t>
            </w:r>
          </w:p>
        </w:tc>
      </w:tr>
    </w:tbl>
    <w:p>
      <w:pPr>
        <w:pStyle w:val="Heading3"/>
      </w:pPr>
      <w:r>
        <w:t>Résumé :</w:t>
      </w:r>
    </w:p>
    <w:p>
      <w:r>
        <w:t>La fonction d'un “annuaire” est de gérer les “abonnés” au sein d'un réseau, qu'il s'agisse des accès à telle ou telle ressource, des priorités ou des aspects de sécurité. NDS (Novell Directory Services) est l'un des annuaires leaders sur ce marché.</w:t>
        <w:br/>
        <w:br/>
        <w:t>Ce manuel de synthèse décrit et explique toutes les caractéristiques de NDS. Il comporte de nombreux exemples qui permettront d'aller de l'apprentissage des tonctions de base à la mise en place d'un annuaire pour le commerce sur Internet.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