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avancée &amp; structures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Bouraoui Baccer, Amina/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9789973373557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structures de données/ </w:t>
            </w:r>
          </w:p>
        </w:tc>
      </w:tr>
    </w:tbl>
    <w:p>
      <w:pPr>
        <w:pStyle w:val="Heading3"/>
      </w:pPr>
      <w:r>
        <w:t>Résumé :</w:t>
      </w:r>
    </w:p>
    <w:p>
      <w:r>
        <w:t>Cet ouvrage présente les notions avancées de l’algorithmique et des structures de données. Il expose les méthodes permettant de concevoir, analyser et évaluer des algorithmes efficaces, puis étudie différentes structures de données utilisées en informatique. L’ouvrage associe les aspects théoriques à des applications et exercices, afin de faciliter la compréhension et la mise en œuvre des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