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Power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Wadhwa, C. L./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New age international (P) limited, publishers/ </w:t>
            </w:r>
          </w:p>
        </w:tc>
      </w:tr>
      <w:tr>
        <w:trPr>
          <w:trHeight w:val="567"/>
        </w:trPr>
        <w:tc>
          <w:tcPr>
            <w:tcW w:type="dxa" w:w="3000"/>
          </w:tcPr>
          <w:p>
            <w:r>
              <w:t>Nombre de Pages</w:t>
            </w:r>
          </w:p>
        </w:tc>
        <w:tc>
          <w:tcPr>
            <w:tcW w:type="dxa" w:w="7000"/>
          </w:tcPr>
          <w:p>
            <w:r>
              <w:t>887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8122417221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load characteristics/ complex power/ complex power/ </w:t>
            </w:r>
          </w:p>
        </w:tc>
      </w:tr>
    </w:tbl>
    <w:p>
      <w:pPr>
        <w:pStyle w:val="Heading3"/>
      </w:pPr>
      <w:r>
        <w:t>Résumé :</w:t>
      </w:r>
    </w:p>
    <w:p>
      <w:r>
        <w:t>In A Clear And Systematic Manner, This Book Presents An Exhaustive Exposition Of The Various Dimensions Of Electrical Power Systems. Both Basic And Advanced Topics Have Been Thoroughly Explained And Illustrated Through Solved Examples.Salient Features * Fundamentals Of Power Systems, Line Constant Calculations And Performance Of Overhead Lines Have Been Discussed. * Mechanical Design Of Lines, Hvdc Lines, Corona, Insulators And Insulated Cables Have Been Explained. * Voltage Control, Neutral Grounding And Transients In Power Systems Explained. * Fault Calculation, Protective Relays Including Digital Relays And Circuit Breakers Discussed In That Order. * Power Systems Synchronous Stability And Voltage Stability Explained. * Insulation Coordination And Over-Voltage Protection Explained. * Modern Topics Like Load Flows, Economic Load Dispatch, Load Frequency Control And Compensation In Power System Nicely Developed And Explained Using Flow Charts Wherever Required. * Zbus Formulation, Power Transformers And Synchronous Machines As Power System Elements Highlighted. * Large Number Of Solved Examples, Practice Problems And Multiple Choice Questions Included. Answers To Problems And Multiple-Choice Questions Provided.With All These Features, This Is An Invaluable Text Book For Undergraduate Electrical Engineering Students Of Indian And Foreign Universities. Amie, Gate, All Competitive Examination Candidates And Practising Engineers Would Also Find This Book Very Useful.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