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grand dictionnaire encyclopédique de la langue française pour le IIIe millénaire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Auzou,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Philippe Auzou/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2733806602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dictionnaire français/ littérature/ politique/ </w:t>
            </w:r>
          </w:p>
        </w:tc>
      </w:tr>
    </w:tbl>
    <w:p>
      <w:pPr>
        <w:pStyle w:val="Heading3"/>
      </w:pPr>
      <w:r>
        <w:t>Résumé :</w:t>
      </w:r>
    </w:p>
    <w:p>
      <w:r>
        <w:t>Noms communs, noms propres, 4200 illustrations, 200 articles encyclopédiques, 270 cartes, conjugaisons, dictionnaire des synonymes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