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d'automatique.T4, systèmes asservis non linéaires, cours et 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Mainguenaud,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l'ingénieur-technicien. Série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2225377200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asservis non linéaires/ commande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systèmes asservis non linéaires, c’est-à-dire des systèmes dont le comportement ne peut plus être décrit correctement par les méthodes classiques des systèmes linéaires.</w:t>
        <w:br/>
        <w:br/>
        <w:t>l’ouvrage présente les principales non-linéarités rencontrées dans les systèmes asservis et les méthodes permettant d’analyser leur stabilité, leurs oscillations et leurs performances. une place importante est accordée à la méthode de l’approximation du premier harmonique, ainsi qu'à l’étude dans le plan de phase et à la méthode de cypkin. ces méthodes sont notamment utilisées pour l’étude des oscillations dans les systèmes comportant des éléments non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