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1ère année universitaire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Mehbali,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terme général/ suite arithmétique/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se compose de huit chapitres,chaque chapitre comprend une série d'exercices dont la plupart sont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