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Kuntzmann, Jean/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Enseignement des sciences(N°:None)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calcul numérique/ </w:t>
            </w:r>
          </w:p>
        </w:tc>
      </w:tr>
    </w:tbl>
    <w:p>
      <w:pPr>
        <w:pStyle w:val="Heading3"/>
      </w:pPr>
      <w:r>
        <w:t>Résumé :</w:t>
      </w:r>
    </w:p>
    <w:p>
      <w:r>
        <w:t>Cet ouvrage présente les principales méthodes utilisées pour obtenir des solutions approchées de problèmes mathématiques. Il étudie notamment la résolution des équations, l’interpolation, l’intégration et la dérivation numériques, les systèmes linéaires ainsi que les équations différentielles. Une attention particulière est accordée à la convergence, à la stabilité et à l’évaluation des erreurs.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