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grand dictionnaire encyclopédique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Auzou, Philippe/ </w:t>
            </w:r>
          </w:p>
        </w:tc>
      </w:tr>
      <w:tr>
        <w:trPr>
          <w:trHeight w:val="567"/>
        </w:trPr>
        <w:tc>
          <w:tcPr>
            <w:tcW w:type="dxa" w:w="3000"/>
          </w:tcPr>
          <w:p>
            <w:r>
              <w:t>Adresse bib.</w:t>
            </w:r>
          </w:p>
        </w:tc>
        <w:tc>
          <w:tcPr>
            <w:tcW w:type="dxa" w:w="7000"/>
          </w:tcPr>
          <w:p>
            <w:r>
              <w:t xml:space="preserve">Philippe Auzou/ </w:t>
            </w:r>
          </w:p>
        </w:tc>
      </w:tr>
      <w:tr>
        <w:trPr>
          <w:trHeight w:val="567"/>
        </w:trPr>
        <w:tc>
          <w:tcPr>
            <w:tcW w:type="dxa" w:w="3000"/>
          </w:tcPr>
          <w:p>
            <w:r>
              <w:t>Nombre de Pages</w:t>
            </w:r>
          </w:p>
        </w:tc>
        <w:tc>
          <w:tcPr>
            <w:tcW w:type="dxa" w:w="7000"/>
          </w:tcPr>
          <w:p>
            <w:r>
              <w:t>1336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2733806491</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lexicographie française/ vocabulaire français/ géographie mondiale/ </w:t>
            </w:r>
          </w:p>
        </w:tc>
      </w:tr>
    </w:tbl>
    <w:p>
      <w:pPr>
        <w:pStyle w:val="Heading3"/>
      </w:pPr>
      <w:r>
        <w:t>Résumé :</w:t>
      </w:r>
    </w:p>
    <w:p>
      <w:r>
        <w:t>Le Grand Dictionnaire encyclopédique de la langue française du XXIe siècle est un ouvrage de référence consacré à la langue française et aux connaissances générales. Il réunit dans un même volume un ensemble de ressources destinées à faciliter la compréhension, la recherche et l’enrichissement du vocabulaire.</w:t>
        <w:br/>
        <w:br/>
        <w:br/>
        <w:br/>
        <w:t>L’ouvrage comprend notamment les noms communs et les noms propres, des informations encyclopédiques, un atlas du monde, des tableaux de conjugaison ainsi qu’un dictionnaire des synonymes. Il associe ainsi les fonctions d’un dictionnaire de langue et d’une encyclopédie générale, avec de nombreuses illustrations en couleurs et une présentation en trois colonnes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