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encyclopédique en 4 volumes.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Larousse/ </w:t>
            </w:r>
          </w:p>
        </w:tc>
      </w:tr>
      <w:tr>
        <w:trPr>
          <w:trHeight w:val="567"/>
        </w:trPr>
        <w:tc>
          <w:tcPr>
            <w:tcW w:type="dxa" w:w="3000"/>
          </w:tcPr>
          <w:p>
            <w:r>
              <w:t>Nombre de Pages</w:t>
            </w:r>
          </w:p>
        </w:tc>
        <w:tc>
          <w:tcPr>
            <w:tcW w:type="dxa" w:w="7000"/>
          </w:tcPr>
          <w:p>
            <w:r>
              <w:t>864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2031530127</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encyclopédies/ lexicographie/ terminologie/ </w:t>
            </w:r>
          </w:p>
        </w:tc>
      </w:tr>
    </w:tbl>
    <w:p>
      <w:pPr>
        <w:pStyle w:val="Heading3"/>
      </w:pPr>
      <w:r>
        <w:t>Résumé :</w:t>
      </w:r>
    </w:p>
    <w:p>
      <w:r>
        <w:t>Ouvrage de référence générale présentant, dans l’ordre alphabétique, des notices consacrées aux mots, notions, personnes, lieux et événements. Il couvre différents domaines du savoir, notamment les sciences, les techniques, l’histoire, la géographie, les arts, la littérature et la culture. Il constitue un outil de consultation rapide et de recherche d’informations générales.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