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calcul numérique/ </w:t>
            </w:r>
          </w:p>
        </w:tc>
      </w:tr>
    </w:tbl>
    <w:p>
      <w:pPr>
        <w:pStyle w:val="Heading3"/>
      </w:pPr>
      <w:r>
        <w:t>Résumé :</w:t>
      </w:r>
    </w:p>
    <w:p>
      <w:r>
        <w:t>Méthodes numériques de Jean Kuntzmann présente les techniques permettant de résoudre approximativement des problèmes mathématiques qui ne peuvent pas toujours être traités de manière exacte.</w:t>
        <w:br/>
        <w:br/>
        <w:br/>
        <w:br/>
        <w:t>L'ouvrage met l'accent sur trois notions fondamentales : l'erreur, la convergence et la stabilité. Les méthodes étudiées permettent notamment de trouver les zéros d'une fonction, résoudre des systèmes linéaires, interpoler et approximer des fonctions, calculer numériquement des intégrales et des dérivées, ainsi que résoudre des équations différentielles.</w:t>
        <w:br/>
        <w:br/>
        <w:br/>
        <w:br/>
        <w:t>Une partie importante concerne les méthodes itératives : on construit une suite d'approximations qui doit converger vers la solution recherchée. L'étude de la convergence permet de savoir si la méthode aboutit, tandis que l'analyse des erreurs permet d'évaluer la qualité du résultat numérique.</w:t>
        <w:br/>
        <w:br/>
        <w:t>L'ouvrage constitue ainsi une introduction aux bases du calcul scientifique et de l'analyse numérique, avec des méthodes qui sont à la base de nombreux calculs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