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Dictionnaire encyclopédique en 4 volumes.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Edition</w:t>
            </w:r>
          </w:p>
        </w:tc>
        <w:tc>
          <w:tcPr>
            <w:tcW w:type="dxa" w:w="7000"/>
          </w:tcPr>
          <w:p>
            <w:r>
              <w:t>1994</w:t>
            </w:r>
          </w:p>
        </w:tc>
      </w:tr>
      <w:tr>
        <w:trPr>
          <w:trHeight w:val="567"/>
        </w:trPr>
        <w:tc>
          <w:tcPr>
            <w:tcW w:type="dxa" w:w="3000"/>
          </w:tcPr>
          <w:p>
            <w:r>
              <w:t>Adresse bib.</w:t>
            </w:r>
          </w:p>
        </w:tc>
        <w:tc>
          <w:tcPr>
            <w:tcW w:type="dxa" w:w="7000"/>
          </w:tcPr>
          <w:p>
            <w:r>
              <w:t xml:space="preserve">Larousse/ </w:t>
            </w:r>
          </w:p>
        </w:tc>
      </w:tr>
      <w:tr>
        <w:trPr>
          <w:trHeight w:val="567"/>
        </w:trPr>
        <w:tc>
          <w:tcPr>
            <w:tcW w:type="dxa" w:w="3000"/>
          </w:tcPr>
          <w:p>
            <w:r>
              <w:t>Nombre de Pages</w:t>
            </w:r>
          </w:p>
        </w:tc>
        <w:tc>
          <w:tcPr>
            <w:tcW w:type="dxa" w:w="7000"/>
          </w:tcPr>
          <w:p>
            <w:r>
              <w:t>416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Numéro d'Identification</w:t>
            </w:r>
          </w:p>
        </w:tc>
        <w:tc>
          <w:tcPr>
            <w:tcW w:type="dxa" w:w="7000"/>
          </w:tcPr>
          <w:p>
            <w:r>
              <w:t>2031530119</w:t>
            </w:r>
          </w:p>
        </w:tc>
      </w:tr>
      <w:tr>
        <w:trPr>
          <w:trHeight w:val="567"/>
        </w:trPr>
        <w:tc>
          <w:tcPr>
            <w:tcW w:type="dxa" w:w="3000"/>
          </w:tcPr>
          <w:p>
            <w:r>
              <w:t>Thème</w:t>
            </w:r>
          </w:p>
        </w:tc>
        <w:tc>
          <w:tcPr>
            <w:tcW w:type="dxa" w:w="7000"/>
          </w:tcPr>
          <w:p>
            <w:r>
              <w:t>Encyclopédies générales et interdisciplinaires (almanachs, atlas, bases de données encyclopédiques, chronologies, critiques d'encyclopédies, dictionnaires biographiques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lexicographie/ terminologie/ </w:t>
            </w:r>
          </w:p>
        </w:tc>
      </w:tr>
    </w:tbl>
    <w:p>
      <w:pPr>
        <w:pStyle w:val="Heading3"/>
      </w:pPr>
      <w:r>
        <w:t>Résumé :</w:t>
      </w:r>
    </w:p>
    <w:p>
      <w:r>
        <w:t>Le Dictionnaire encyclopédique en 4 volumes de Larousse est un ouvrage de référence générale qui rassemble des informations linguistiques et encyclopédiques sur un grand nombre de domaines du savoir. Organisé selon l’ordre alphabétique, il présente des définitions et des notices consacrées aux mots, aux personnes, aux lieux, aux événements, ainsi qu’aux notions scientifiques, historiques, géographiques, culturelles, artistiques et techniques.</w:t>
        <w:br/>
        <w:br/>
        <w:br/>
        <w:br/>
        <w:t>Cet ouvrage constitue un outil de recherche documentaire et d’information générale, permettant au lecteur d’identifier rapidement une notion et d’obtenir des informations synthétiques et structurées. L’édition de 1994 comprend quatre volumes illustrés.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