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d'automatique. T3, correction d'un système asservi linéaire, calcul analogique, cours et exercices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Mainguenaud,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l'ingénieur-technicien. Série Génie électrique(N°:None)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2225377194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la commande/ régulation automatique/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