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encyclopédique en 4 volumes.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Larousse/ </w:t>
            </w:r>
          </w:p>
        </w:tc>
      </w:tr>
      <w:tr>
        <w:trPr>
          <w:trHeight w:val="567"/>
        </w:trPr>
        <w:tc>
          <w:tcPr>
            <w:tcW w:type="dxa" w:w="3000"/>
          </w:tcPr>
          <w:p>
            <w:r>
              <w:t>Nombre de Pages</w:t>
            </w:r>
          </w:p>
        </w:tc>
        <w:tc>
          <w:tcPr>
            <w:tcW w:type="dxa" w:w="7000"/>
          </w:tcPr>
          <w:p>
            <w:r>
              <w:t>1312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2031590135</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lexicographie/ terminologie/ littérature/ </w:t>
            </w:r>
          </w:p>
        </w:tc>
      </w:tr>
    </w:tbl>
    <w:p>
      <w:pPr>
        <w:pStyle w:val="Heading3"/>
      </w:pPr>
      <w:r>
        <w:t>Résumé :</w:t>
      </w:r>
    </w:p>
    <w:p>
      <w:r>
        <w:t>Le Dictionnaire encyclopédique en 4 volumes est un ouvrage de référence général publié par Larousse. Il rassemble, sous forme alphabétique, des informations lexicales et encyclopédiques sur une grande variété de domaines : langue française, histoire, géographie, sciences, techniques, arts, littérature, culture, société et personnalités.</w:t>
        <w:br/>
        <w:br/>
        <w:br/>
        <w:br/>
        <w:t>Chaque article apporte une définition ou une présentation synthétique accompagnée, selon les cas, d’informations complémentaires permettant au lecteur de comprendre rapidement un terme, une notion, un personnage, un lieu ou un événement. L’ouvrage constitue ainsi un outil de consultation et de recherche documentaire destiné à fournir une information générale, concise et structurée.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