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Méthodes statistiques et probabilistes en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Magnan, Jean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w:t>
            </w:r>
          </w:p>
        </w:tc>
      </w:tr>
      <w:tr>
        <w:trPr>
          <w:trHeight w:val="567"/>
        </w:trPr>
        <w:tc>
          <w:tcPr>
            <w:tcW w:type="dxa" w:w="3000"/>
          </w:tcPr>
          <w:p>
            <w:r>
              <w:t>Numéro d'Identification</w:t>
            </w:r>
          </w:p>
        </w:tc>
        <w:tc>
          <w:tcPr>
            <w:tcW w:type="dxa" w:w="7000"/>
          </w:tcPr>
          <w:p>
            <w:r>
              <w:t>2859780505</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dimensionnement géotechnique/ échantillonnage/ </w:t>
            </w:r>
          </w:p>
        </w:tc>
      </w:tr>
    </w:tbl>
    <w:p>
      <w:pPr>
        <w:pStyle w:val="Heading3"/>
      </w:pPr>
      <w:r>
        <w:t>Résumé :</w:t>
      </w:r>
    </w:p>
    <w:p>
      <w:r>
        <w:t>Les Méthodes statistiques et probabilistes en mécanique des sols, de Jean-Marie Magnan, est un ouvrage consacré à l’application des méthodes statistiques et probabilistes aux problèmes de mécanique des sols et de géotechnique.</w:t>
        <w:br/>
        <w:br/>
        <w:t>Le livre présente les outils permettant de traiter la variabilité naturelle des sols, l’incertitude liée aux mesures et les différences entre les caractéristiques géotechniques déterminées sur le terrain ou en laboratoire. Il aborde notamment l’analyse statistique des données, la caractérisation des paramètres des sols, les distributions probabilistes, l’estimation et l’interprétation des résultats d’essais.</w:t>
        <w:br/>
        <w:br/>
        <w:t>L’ouvrage montre également l’intérêt de ces méthodes pour les études géotechniques, le dimensionnement des fondations, l’évaluation des paramètres de sol et l’analyse des incertitudes. Il constitue ainsi une référence pour les ingénieurs, chercheurs et étudiants en mécanique des sols, géotechnique et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