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Soil Properties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Liu, Cheng/ Evett; Jack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9780136141235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soil properties/ engineering properties of soils/ soil testing/ </w:t>
            </w:r>
          </w:p>
        </w:tc>
      </w:tr>
    </w:tbl>
    <w:p>
      <w:pPr>
        <w:pStyle w:val="Heading3"/>
      </w:pPr>
      <w:r>
        <w:t>Résumé :</w:t>
      </w:r>
    </w:p>
    <w:p>
      <w:r>
        <w:t>This classic text covers the fundamentals of soil properties, including testing, measurement, and evaluation. Providing both in-field and laboratory testing, the range of material reflects the most commonly used methods to evaluate soil properties for engineering purposes. Written in a clear and direct style, this new edition explains each test procedure and offers guidelines to help students evaluate laboratory data as well as present results properly.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