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L'annuaire des meilleurs sites Web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candelot,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 675-683.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2744006890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sites web/ Annuaires Web/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 guide de référence des meilleurs sites Web disponibles à l’époque, organisé par domaines afin de faciliter la recherche d’informations sur Internet. Il propose une sélection de ressources consacrées notamment à l’informatique, aux sciences, à l'éducation, à la culture, à l’actualité, aux loisirs, aux entreprises et aux services en ligne. L’ouvrage est particulièrement représentatif de l’utilisation du Web à la fin des années 1990.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