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Generation, Distribution and Utilization of Electrical Energy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Wadhwa, C. 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New Age International Pvt Ltd Publishers/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8122418473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electrical energy/ principe of operation/ </w:t>
            </w:r>
          </w:p>
        </w:tc>
      </w:tr>
    </w:tbl>
    <w:p>
      <w:pPr>
        <w:pStyle w:val="Heading3"/>
      </w:pPr>
      <w:r>
        <w:t>Résumé :</w:t>
      </w:r>
    </w:p>
    <w:p>
      <w:r>
        <w:t>An up-to-date account of electric power generation and distribution (including coverage of the use of computers in various components of the power system). Describes conventional and unconventional methods of electricity generation and its economics, distribution methods, substation location, electric drives, high frequency power for induction and heating, illumination engineering, and electric traction. Each chapter contains illustrative worked problems, exercises (some with answers), and a bibliography.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