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Vartanov, G/ Verner, V/ Kuznetsov, Boris/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maintenance/ preventive maintenance/ </w:t>
            </w:r>
          </w:p>
        </w:tc>
      </w:tr>
    </w:tbl>
    <w:p>
      <w:pPr>
        <w:pStyle w:val="Heading3"/>
      </w:pPr>
      <w:r>
        <w:t>Résumé :</w:t>
      </w:r>
    </w:p>
    <w:p>
      <w:r>
        <w:t>The book focuses on practical methods for keeping electrical equipment in reliable operating condition and for reducing failures and downtime. Major subjects include the maintenance of electric motors, generators, transformers, switchgear, electrical installations, cables, and insulation systems.</w:t>
        <w:br/>
        <w:br/>
        <w:br/>
        <w:br/>
        <w:t>Particular attention is given to preventive maintenance, inspection, fault detection, testing, troubleshooting, repair, and equipment reliability. Electrical safety is also an important part of the maintenance process.</w:t>
        <w:br/>
        <w:br/>
        <w:br/>
        <w:br/>
        <w:t>Overall, the book provides fundamental knowledge useful for understanding traditional approaches to industrial electrical maintenance, especially the relationship between inspection, preventive servicing, fault diagnosis, repair, and reliable operation.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