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Asservissements linéaires.T2, Synthèse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asservissement linéaire/ synthèse de système asservis/ </w:t>
            </w:r>
          </w:p>
        </w:tc>
      </w:tr>
    </w:tbl>
    <w:p>
      <w:pPr>
        <w:pStyle w:val="Heading3"/>
      </w:pPr>
      <w:r>
        <w:t>Résumé :</w:t>
      </w:r>
    </w:p>
    <w:p>
      <w:r>
        <w:t>Cet ouvrage aborde d’abord les techniques analogiques, notamment les différentes méthodes de simulation analogique. il étudie ensuite la technologie des asservissements, les composants et circuits utilisés pour réaliser les fonctions de commande. Une partie importante porte sur les performances des asservissements : précision, rapidité, stabilité et comportement dynamique. enfin, l’auteur étudie les différentes méthodes permettant d'améliorer les performances d'un système asservi. La notice de l’école nationale polytechnique résume précisément le tome en quatre grandes parties : techniques analogiques, technologie des asservissements, performances des asservissements et amélioration des performances.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