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Pratique de la régulation numérique des processus industriels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Najim, Kaddour/ Muratet, Gérard/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Masson/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112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22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2225800588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Automatique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automatisation/ commande numérique/ </w:t>
            </w:r>
          </w:p>
        </w:tc>
      </w:tr>
    </w:tbl>
    <w:p>
      <w:pPr>
        <w:pStyle w:val="Heading3"/>
      </w:pPr>
      <w:r>
        <w:t>Résumé :</w:t>
      </w:r>
    </w:p>
    <w:p>
      <w:r>
        <w:t>Cet ouvrage  constitue une ressource précieuse pour les ingénieurs, chercheurs et étudiants s’intéressant à la régulation des processus industriels, en offrant un équilibre entre théorie et applications pratiques.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