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Machines, Drives, and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Wildi, Théodore/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727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0132515474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engineering/ electrical engineering/ </w:t>
            </w:r>
          </w:p>
        </w:tc>
      </w:tr>
    </w:tbl>
    <w:p>
      <w:pPr>
        <w:pStyle w:val="Heading3"/>
      </w:pPr>
      <w:r>
        <w:t>Résumé :</w:t>
      </w:r>
    </w:p>
    <w:p>
      <w:r>
        <w:t>Designed for students in electrical power technology programs or higher-level, non-electrical majors, this text explores the "need to know" material, and covers the basic principles of transformers and rotating machines, transmission and distribution systems, and power electronics associated with these fields.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