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adaptative des processus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Najim,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115-118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2225771766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dynamique/ adaptabilité/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les ingénieurs et chercheurs intéressés par l’optimisation des performances des systèmes industriels à travers des techniques de commande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