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Equations aux dérivées partielles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Mikhailov, V/ Pétrova, Irina/ </w:t>
            </w:r>
          </w:p>
        </w:tc>
      </w:tr>
      <w:tr>
        <w:trPr>
          <w:trHeight w:val="567"/>
        </w:trPr>
        <w:tc>
          <w:tcPr>
            <w:tcW w:type="dxa" w:w="3000"/>
          </w:tcPr>
          <w:p>
            <w:r>
              <w:t>Adresse bib.</w:t>
            </w:r>
          </w:p>
        </w:tc>
        <w:tc>
          <w:tcPr>
            <w:tcW w:type="dxa" w:w="7000"/>
          </w:tcPr>
          <w:p>
            <w:r>
              <w:t xml:space="preserve">Edition Mir/ </w:t>
            </w:r>
          </w:p>
        </w:tc>
      </w:tr>
      <w:tr>
        <w:trPr>
          <w:trHeight w:val="567"/>
        </w:trPr>
        <w:tc>
          <w:tcPr>
            <w:tcW w:type="dxa" w:w="3000"/>
          </w:tcPr>
          <w:p>
            <w:r>
              <w:t>Nombre de Pages</w:t>
            </w:r>
          </w:p>
        </w:tc>
        <w:tc>
          <w:tcPr>
            <w:tcW w:type="dxa" w:w="7000"/>
          </w:tcPr>
          <w:p>
            <w:r>
              <w:t>390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dérivée partielle/ équations elliptique/ </w:t>
            </w:r>
          </w:p>
        </w:tc>
      </w:tr>
    </w:tbl>
    <w:p>
      <w:pPr>
        <w:pStyle w:val="Heading3"/>
      </w:pPr>
      <w:r>
        <w:t>Résumé :</w:t>
      </w:r>
    </w:p>
    <w:p>
      <w:r>
        <w:t>L’ouvrage présente les équations aux dérivées partielles (EDP) comme des outils mathématiques permettant de décrire des phénomènes dépendant de plusieurs variables, notamment en physique et en ingénierie. Il expose les principales méthodes permettant de formuler, étudier et résoudre ces équations.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