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mécanique des sols et de techniques de fondation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Menzies, Bruce/ Simons, Noel Edward/ Detry, Véronique/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propriétés des sols/ résistance au cisaillement/ problèmes de géotechnique/ </w:t>
            </w:r>
          </w:p>
        </w:tc>
      </w:tr>
    </w:tbl>
    <w:p>
      <w:pPr>
        <w:pStyle w:val="Heading3"/>
      </w:pPr>
      <w:r>
        <w:t>Résumé :</w:t>
      </w:r>
    </w:p>
    <w:p>
      <w:r>
        <w:t>Il propose une série d’exercices accompagnés de solutions ou de réponses, permettant d’appliquer les principes théoriques de la mécanique des sols à des situations concrètes. Les problèmes portent notamment sur les propriétés des sols, les contraintes et déformations, la résistance au cisaillement, les tassements, la capacité portante et le dimensionnement des fondations.</w:t>
        <w:br/>
        <w:br/>
        <w:t>L’ouvrage constitue ainsi un support d’apprentissage et d’entraînement destiné aux étudiants, ingénieurs et techniciens du génie civil et de la géotechnique.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