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concepts of electrical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Sahay, Kuldeep/ Pathak, Shivendra/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age international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9788122418361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engineering/ electrical circuits/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A Practical-Oriented, Sound, Modularized Coverage Of Fundamental Topics Of Basic Electrical Engineering, Network Analysis &amp; Network Theorems, Electromagnetism &amp; Magnetic Circuit, Alternating Current &amp; Voltages, Electrical Measurement &amp; Measuring Instrument And Electric Machines.Salient Features:# Clarification Of Basic Concepts# Several Solved Examples With Detailed Explanation# At The End Of Chapters, There Are Descriptive And Numerical Unsolved Problems# Written In Very Simple Language And Suitable For Self-Study# Step-By-Step Procedures Given For Solving Numerical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