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High Voltage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Wadhwa, C. 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New age international (P) limited, publishers/ </w:t>
            </w:r>
          </w:p>
        </w:tc>
      </w:tr>
      <w:tr>
        <w:trPr>
          <w:trHeight w:val="567"/>
        </w:trPr>
        <w:tc>
          <w:tcPr>
            <w:tcW w:type="dxa" w:w="3000"/>
          </w:tcPr>
          <w:p>
            <w:r>
              <w:t>Nombre de Pages</w:t>
            </w:r>
          </w:p>
        </w:tc>
        <w:tc>
          <w:tcPr>
            <w:tcW w:type="dxa" w:w="7000"/>
          </w:tcPr>
          <w:p>
            <w:r>
              <w:t>271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8122418597</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breakdown mechanism/ high voltage engineering/ </w:t>
            </w:r>
          </w:p>
        </w:tc>
      </w:tr>
    </w:tbl>
    <w:p>
      <w:pPr>
        <w:pStyle w:val="Heading3"/>
      </w:pPr>
      <w:r>
        <w:t>Résumé :</w:t>
      </w:r>
    </w:p>
    <w:p>
      <w:r>
        <w:t>High Voltage Engineering has been written for the undergraduate students in Electrical Engineering of Indian and foreign universities as well as the practising engineers. It deals in mechanism of breakdown of insulating materials, generation and measurement of high A.C., D.C., impulse voltages and currents. High voltage testing of some of the electrical equipments e.g. insulators, cables, transformers as per standard specifications has been explained. Various methods of non destructive testing which yield information regarding life expectancy and the long term stability or otherwise of the insulating materials have been discussed. The book takes a view of various types of transients in power system and suggests classical and more modern statistical methods of co-ordinating the insulation requirements of the system.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