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des méthodes de construction. T1, sols et fondations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Olivier, Emile/ </w:t>
            </w:r>
          </w:p>
        </w:tc>
      </w:tr>
      <w:tr>
        <w:trPr>
          <w:trHeight w:val="567"/>
        </w:trPr>
        <w:tc>
          <w:tcPr>
            <w:tcW w:type="dxa" w:w="3000"/>
          </w:tcPr>
          <w:p>
            <w:r>
              <w:t>Edition</w:t>
            </w:r>
          </w:p>
        </w:tc>
        <w:tc>
          <w:tcPr>
            <w:tcW w:type="dxa" w:w="7000"/>
          </w:tcPr>
          <w:p>
            <w:r>
              <w:t>4 éd. actualisée</w:t>
            </w:r>
          </w:p>
        </w:tc>
      </w:tr>
      <w:tr>
        <w:trPr>
          <w:trHeight w:val="567"/>
        </w:trPr>
        <w:tc>
          <w:tcPr>
            <w:tcW w:type="dxa" w:w="3000"/>
          </w:tcPr>
          <w:p>
            <w:r>
              <w:t>Adresse bib.</w:t>
            </w:r>
          </w:p>
        </w:tc>
        <w:tc>
          <w:tcPr>
            <w:tcW w:type="dxa" w:w="7000"/>
          </w:tcPr>
          <w:p>
            <w:r>
              <w:t xml:space="preserve">Entreprise moderne d'édition/ </w:t>
            </w:r>
          </w:p>
        </w:tc>
      </w:tr>
      <w:tr>
        <w:trPr>
          <w:trHeight w:val="567"/>
        </w:trPr>
        <w:tc>
          <w:tcPr>
            <w:tcW w:type="dxa" w:w="3000"/>
          </w:tcPr>
          <w:p>
            <w:r>
              <w:t>Nombre de Pages</w:t>
            </w:r>
          </w:p>
        </w:tc>
        <w:tc>
          <w:tcPr>
            <w:tcW w:type="dxa" w:w="7000"/>
          </w:tcPr>
          <w:p>
            <w:r>
              <w:t>342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Collection Techniciens de la construction(N°:None)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2704405646</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sols/ portance des sols/ mécanique des sols/ essais géotechniques/ géotechnique/ </w:t>
            </w:r>
          </w:p>
        </w:tc>
      </w:tr>
    </w:tbl>
    <w:p>
      <w:pPr>
        <w:pStyle w:val="Heading3"/>
      </w:pPr>
      <w:r>
        <w:t>Résumé :</w:t>
      </w:r>
    </w:p>
    <w:p>
      <w:r>
        <w:t>sols et fondations, d’Émile Olivier, est un ouvrage technique consacré à l’étude des sols et à la conception des fondations dans le domaine du génie civil. Il présente les principales propriétés et caractéristiques des sols, les méthodes d’étude et de reconnaissance géotechnique, ainsi que les principes de dimensionnement et de réalisation des fondations.</w:t>
        <w:br/>
        <w:br/>
        <w:t>L’ouvrage aborde notamment la portance des sols, les tassements, les fondations superficielles et profondes, ainsi que les problèmes liés à la stabilité et au comportement des ouvrages en interaction avec le terrain.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