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Annuaire des meilleurs sites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Candelot, Pierre/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605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p.595-605.</w:t>
            </w:r>
          </w:p>
        </w:tc>
      </w:tr>
      <w:tr>
        <w:trPr>
          <w:trHeight w:val="567"/>
        </w:trPr>
        <w:tc>
          <w:tcPr>
            <w:tcW w:type="dxa" w:w="3000"/>
          </w:tcPr>
          <w:p>
            <w:r>
              <w:t>Numéro d'Identification</w:t>
            </w:r>
          </w:p>
        </w:tc>
        <w:tc>
          <w:tcPr>
            <w:tcW w:type="dxa" w:w="7000"/>
          </w:tcPr>
          <w:p>
            <w:r>
              <w:t>274400541X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sites web/ annuaire Internet/ </w:t>
            </w:r>
          </w:p>
        </w:tc>
      </w:tr>
    </w:tbl>
    <w:p>
      <w:pPr>
        <w:pStyle w:val="Heading3"/>
      </w:pPr>
      <w:r>
        <w:t>Résumé :</w:t>
      </w:r>
    </w:p>
    <w:p>
      <w:r>
        <w:t>L’Annuaire des meilleurs sites Web propose une sélection organisée de ressources disponibles sur Internet. Il permet au lecteur de découvrir et de retrouver rapidement des sites Web consacrés à différents domaines de la vie culturelle, professionnelle et quotidienne. L’ouvrage constitue ainsi un guide de recherche et de découverte de ressources Internet, particulièrement utile aux utilisateurs qui souhaitent naviguer sur le Web de manière thématique.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