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environnement de model-checking pour les systèmes embarqués probabilistes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Ferroum, Assia/ Boudour, Rachid	/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model checker probabiliste/ hmm/ systèmes embarqués/ </w:t>
            </w:r>
          </w:p>
        </w:tc>
      </w:tr>
    </w:tbl>
    <w:p>
      <w:pPr>
        <w:pStyle w:val="Heading3"/>
      </w:pPr>
      <w:r>
        <w:t>Résumé :</w:t>
      </w:r>
    </w:p>
    <w:p>
      <w:r>
        <w:t>Le model checking déterministe dispose de modèles, d'algorithmes et d’outils efficaces contre l'explosion combinatoire des états. Il est alors envisageable de vérifier une propriété logique sur un espace d'états très grand pour tester des systèmes en vraie grandeur. Cela n'est pas encore le cas pour des systèmes probabilistes. L'objectif déﬁni dans cette thèse est d’enrichir l’écosystème  probabiliste par des moyens techniques rendant la modélisation, la formulation et la validation des propriétés des systèmes embarqués plus aisée. Ainsi le travail véhiculé dans cette thèse, propose quelques extensions dans cette direction : le modèle de Markov caché (HMM) comme nouveau  modèle en</w:t>
        <w:br/>
        <w:br/>
        <w:t>vérification probabiliste, puis une implémentation d’un algorithme pour POCTL afin de permettre la vérification des propriétés sur ce modèle HMM, ensuite une conception et une implémentation dans l’environnement Netbeans d’un model checker probabiliste baptisé «HMM_Model-Checker», enfin une  réalisation d’un environnement de vérification probabiliste ouvert intégrant une panoplie de  model-checkers des plus connus pour suggérer à l’utilisateur l’outil approprié à moindres efforts. Cet environnement a été expérimenté sur un cas réel le télescope spatial Hubble HST et les résultats obtenus comparables à l’état de l’art sont prometteurs.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