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Algorithmique et programmation en PASCAL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Cousot,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282-283.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algorithmique/ programmation/ </w:t>
            </w:r>
          </w:p>
        </w:tc>
      </w:tr>
    </w:tbl>
    <w:p>
      <w:pPr>
        <w:pStyle w:val="Heading3"/>
      </w:pPr>
      <w:r>
        <w:t>Résumé :</w:t>
      </w:r>
    </w:p>
    <w:p>
      <w:r>
        <w:t>L’ouvrage constitue un cours d’algorithmique et de programmation en Pascal. Il présente les concepts fondamentaux nécessaires à la conception d’algorithmes et à leur traduction dans le langage Pascal. Il aborde progressivement les structures de données, les instructions de programmation, les procédures et fonctions, ainsi que les méthodes de résolution de problèmes informatiques.</w:t>
        <w:br/>
        <w:br/>
        <w:br/>
        <w:br/>
        <w:t>Le livre est destiné principalement aux étudiants et aux débutants en programmation et met l’accent sur la compréhension des algorithmes et leur mise en œuvre pratique en Pascal.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