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encycloaedia britannica.V15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1114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1593392362</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 générale/ géographie mondiale/ histoire mondiale/ </w:t>
            </w:r>
          </w:p>
        </w:tc>
      </w:tr>
    </w:tbl>
    <w:p>
      <w:pPr>
        <w:pStyle w:val="Heading3"/>
      </w:pPr>
      <w:r>
        <w:t>Résumé :</w:t>
      </w:r>
    </w:p>
    <w:p>
      <w:r>
        <w:t>The New Encyclopaedia Britannica est une encyclopédie générale de référence en langue anglaise, destinée à fournir des informations fiables et synthétiques sur un très vaste ensemble de domaines du savoir. Elle couvre notamment les sciences, la technologie, l’histoire, la géographie, les arts, la littérature, les sciences sociales, la philosophie, la religion et les personnalités.</w:t>
        <w:br/>
        <w:br/>
        <w:br/>
        <w:br/>
        <w:t>L’ouvrage est organisé en plusieurs parties complémentaires permettant de rechercher rapidement une information ou d’approfondir un sujet. Les articles sont accompagnés de références, d’illustrations, de cartes et de tableaux selon les domaines traités.</w:t>
        <w:br/>
        <w:br/>
        <w:br/>
        <w:br/>
        <w:t>Cette encyclopédie constitue ainsi un outil documentaire de référence pour les étudiants, enseignants, chercheurs, bibliothécaires et lecteurs souhaitant consulter ou approfondir des connaissances générales et spécialisées.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