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des systèmes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Maquin, Didier/ Ragot, 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pédagogique d'automatique(N°:None)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151-158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274620133X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 de système/ diagnostic de système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au lecteur une première approche des méthodes les plus classiques utilisées pour la détection-localisation de défauts sur un processus (défauts de capteurs, d'actionneurs, voire du processus lui-même. Il s'adresse également aux enseignants souhaitant mettre en place une formation dans ce domaine et aux ingénieurs chargés du suivi de production de processus continus.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