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Lignes et réseaux électriques.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Hadjsaïd, Nouredine/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Numéro d'Identification</w:t>
            </w:r>
          </w:p>
        </w:tc>
        <w:tc>
          <w:tcPr>
            <w:tcW w:type="dxa" w:w="7000"/>
          </w:tcPr>
          <w:p>
            <w:r>
              <w:t>9782746216686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électrique/ problème et exercice/ </w:t>
            </w:r>
          </w:p>
        </w:tc>
      </w:tr>
    </w:tbl>
    <w:p>
      <w:pPr>
        <w:pStyle w:val="Heading3"/>
      </w:pPr>
      <w:r>
        <w:t>Résumé :</w:t>
      </w:r>
    </w:p>
    <w:p>
      <w:r>
        <w:t>Les lignes et réseaux électriques sont une partie du génie électrique qui prend aujourd'hui une importance croissante grâce aux nouveaux métiers engendrés par la libéralisation du marché de l'énergie. Cet ouvrage conçu de façon pédagogique est constitué de quatre volumes. Le premier volume présente les lignes et des réseaux et leur fonctionnement (réglage de la tension, propagation sur les lignes longues, lignes à haute tension continue, régimes transitoires, etc.) , le deuxième volume décrit les méthodes mathématiques et les outils de modélisation utilisés pour l'analyse du fonctionnement des grands réseaux maillés (matrices de réseau, calcul des courants de court-circuit, répartition de la puissance, régimes transitoires, stabilité, etc.) , le troisième volume analyse les nouveaux concepts induits par la libéralisation des marchés de l'énergie et en particulier celui de l'électricité (contrats entre producteurs et consommateurs, bourses de l'énergie, gestionnaires des réseaux, régulateurs, échanges financiers, capacités de transport disponibles, etc.) , le quatrième volume rassemble des exercices corrigés sur les volumes précédents et en particulier les deux premiers.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